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96280" w14:textId="2122FEFB" w:rsidR="00E81E02" w:rsidRDefault="00000000" w:rsidP="009C0310">
      <w:pPr>
        <w:jc w:val="center"/>
        <w:rPr>
          <w:rFonts w:asciiTheme="majorHAnsi" w:hAnsiTheme="majorHAnsi" w:cstheme="majorHAnsi"/>
          <w:b/>
          <w:sz w:val="24"/>
          <w:szCs w:val="24"/>
          <w:lang w:val="it-IT"/>
        </w:rPr>
      </w:pPr>
      <w:r w:rsidRPr="00E81E02">
        <w:rPr>
          <w:rFonts w:asciiTheme="majorHAnsi" w:hAnsiTheme="majorHAnsi" w:cstheme="majorHAnsi"/>
          <w:b/>
          <w:sz w:val="24"/>
          <w:szCs w:val="24"/>
          <w:lang w:val="it-IT"/>
        </w:rPr>
        <w:t>D</w:t>
      </w:r>
      <w:r w:rsidR="009C0310" w:rsidRPr="00E81E02">
        <w:rPr>
          <w:rFonts w:asciiTheme="majorHAnsi" w:hAnsiTheme="majorHAnsi" w:cstheme="majorHAnsi"/>
          <w:b/>
          <w:sz w:val="24"/>
          <w:szCs w:val="24"/>
          <w:lang w:val="it-IT"/>
        </w:rPr>
        <w:t xml:space="preserve">ICHIARAZIONE SOSTITUTIVA </w:t>
      </w:r>
      <w:r w:rsidR="00E81E02">
        <w:rPr>
          <w:rFonts w:asciiTheme="majorHAnsi" w:hAnsiTheme="majorHAnsi" w:cstheme="majorHAnsi"/>
          <w:b/>
          <w:sz w:val="24"/>
          <w:szCs w:val="24"/>
          <w:lang w:val="it-IT"/>
        </w:rPr>
        <w:t>RELATIVA ALLA STIPULA D</w:t>
      </w:r>
      <w:r w:rsidR="004C3147">
        <w:rPr>
          <w:rFonts w:asciiTheme="majorHAnsi" w:hAnsiTheme="majorHAnsi" w:cstheme="majorHAnsi"/>
          <w:b/>
          <w:sz w:val="24"/>
          <w:szCs w:val="24"/>
          <w:lang w:val="it-IT"/>
        </w:rPr>
        <w:t>EL</w:t>
      </w:r>
      <w:r w:rsidR="00E81E02">
        <w:rPr>
          <w:rFonts w:asciiTheme="majorHAnsi" w:hAnsiTheme="majorHAnsi" w:cstheme="majorHAnsi"/>
          <w:b/>
          <w:sz w:val="24"/>
          <w:szCs w:val="24"/>
          <w:lang w:val="it-IT"/>
        </w:rPr>
        <w:t xml:space="preserve"> CONTRATTO DI LOCAZIONE</w:t>
      </w:r>
    </w:p>
    <w:p w14:paraId="62360C54" w14:textId="7CC4BD26" w:rsidR="00C155E0" w:rsidRPr="00E81E02" w:rsidRDefault="009C0310" w:rsidP="009C0310">
      <w:pPr>
        <w:jc w:val="center"/>
        <w:rPr>
          <w:rFonts w:asciiTheme="majorHAnsi" w:hAnsiTheme="majorHAnsi" w:cstheme="majorHAnsi"/>
          <w:sz w:val="24"/>
          <w:szCs w:val="24"/>
          <w:lang w:val="it-IT"/>
        </w:rPr>
      </w:pPr>
      <w:r w:rsidRPr="00E81E02">
        <w:rPr>
          <w:rFonts w:asciiTheme="majorHAnsi" w:hAnsiTheme="majorHAnsi" w:cstheme="majorHAnsi"/>
          <w:lang w:val="it-IT"/>
        </w:rPr>
        <w:t>(Art. 46 e 47 del D.P.R. 28/12/2000 n. 445)</w:t>
      </w:r>
    </w:p>
    <w:p w14:paraId="0B20C754" w14:textId="785FCCB8" w:rsidR="009C0310" w:rsidRPr="00E81E02" w:rsidRDefault="00E81E02" w:rsidP="00C52AFD">
      <w:pPr>
        <w:rPr>
          <w:b/>
          <w:lang w:val="it-IT"/>
        </w:rPr>
      </w:pPr>
      <w:r w:rsidRPr="00E81E02">
        <w:rPr>
          <w:bCs/>
          <w:lang w:val="it-IT"/>
        </w:rPr>
        <w:t>I</w:t>
      </w:r>
      <w:r w:rsidR="00C52AFD">
        <w:rPr>
          <w:bCs/>
          <w:lang w:val="it-IT"/>
        </w:rPr>
        <w:t>l</w:t>
      </w:r>
      <w:r w:rsidRPr="00E81E02">
        <w:rPr>
          <w:bCs/>
          <w:lang w:val="it-IT"/>
        </w:rPr>
        <w:t xml:space="preserve"> so</w:t>
      </w:r>
      <w:r w:rsidR="00C52AFD">
        <w:rPr>
          <w:bCs/>
          <w:lang w:val="it-IT"/>
        </w:rPr>
        <w:t>ttoscritto</w:t>
      </w:r>
      <w:r w:rsidR="00C52AFD">
        <w:rPr>
          <w:b/>
          <w:lang w:val="it-IT"/>
        </w:rPr>
        <w:t xml:space="preserve"> </w:t>
      </w:r>
      <w:r w:rsidR="009C0310" w:rsidRPr="00E81E02">
        <w:rPr>
          <w:b/>
          <w:lang w:val="it-IT"/>
        </w:rPr>
        <w:t>LOCATORE/CONCEDENTE</w:t>
      </w:r>
      <w:r w:rsidR="00C52AFD">
        <w:rPr>
          <w:b/>
          <w:lang w:val="it-IT"/>
        </w:rPr>
        <w:t>/CONCESSIONARIO</w:t>
      </w:r>
    </w:p>
    <w:p w14:paraId="3AA0A6FF" w14:textId="2B66358A" w:rsidR="00C155E0" w:rsidRDefault="00000000" w:rsidP="009C0310">
      <w:pPr>
        <w:rPr>
          <w:lang w:val="it-IT"/>
        </w:rPr>
      </w:pPr>
      <w:r w:rsidRPr="00E81E02">
        <w:rPr>
          <w:lang w:val="it-IT"/>
        </w:rPr>
        <w:t>Ragione Sociale: ____________________</w:t>
      </w:r>
      <w:r w:rsidR="009C0310" w:rsidRPr="00E81E02">
        <w:rPr>
          <w:lang w:val="it-IT"/>
        </w:rPr>
        <w:t xml:space="preserve"> </w:t>
      </w:r>
      <w:r w:rsidRPr="00E81E02">
        <w:rPr>
          <w:lang w:val="it-IT"/>
        </w:rPr>
        <w:t>P.IVA/C.F.: ____________________</w:t>
      </w:r>
      <w:r w:rsidR="009C0310" w:rsidRPr="00E81E02">
        <w:rPr>
          <w:lang w:val="it-IT"/>
        </w:rPr>
        <w:t xml:space="preserve"> </w:t>
      </w:r>
      <w:r w:rsidRPr="00E81E02">
        <w:rPr>
          <w:lang w:val="it-IT"/>
        </w:rPr>
        <w:t>Sede: ____________________</w:t>
      </w:r>
      <w:r w:rsidR="009C0310" w:rsidRPr="00E81E02">
        <w:rPr>
          <w:lang w:val="it-IT"/>
        </w:rPr>
        <w:t xml:space="preserve"> </w:t>
      </w:r>
      <w:r w:rsidRPr="00E81E02">
        <w:rPr>
          <w:lang w:val="it-IT"/>
        </w:rPr>
        <w:t>Legale Rappresentante: ____________________</w:t>
      </w:r>
    </w:p>
    <w:p w14:paraId="2BD97A6A" w14:textId="77777777" w:rsidR="0016121F" w:rsidRDefault="0016121F" w:rsidP="00C52AFD">
      <w:pPr>
        <w:jc w:val="center"/>
        <w:rPr>
          <w:b/>
          <w:lang w:val="it-IT"/>
        </w:rPr>
      </w:pPr>
    </w:p>
    <w:p w14:paraId="5C6B7608" w14:textId="158F0C59" w:rsidR="00C52AFD" w:rsidRPr="00E81E02" w:rsidRDefault="00C52AFD" w:rsidP="00C52AFD">
      <w:pPr>
        <w:jc w:val="center"/>
        <w:rPr>
          <w:b/>
          <w:lang w:val="it-IT"/>
        </w:rPr>
      </w:pPr>
      <w:r w:rsidRPr="00E81E02">
        <w:rPr>
          <w:b/>
          <w:lang w:val="it-IT"/>
        </w:rPr>
        <w:t>DICHIARA</w:t>
      </w:r>
    </w:p>
    <w:p w14:paraId="759212AB" w14:textId="5F7AA328" w:rsidR="00C52AFD" w:rsidRPr="00E81E02" w:rsidRDefault="00C52AFD" w:rsidP="00C52AFD">
      <w:pPr>
        <w:pStyle w:val="Paragrafoelenco"/>
        <w:numPr>
          <w:ilvl w:val="0"/>
          <w:numId w:val="14"/>
        </w:numPr>
        <w:rPr>
          <w:lang w:val="it-IT"/>
        </w:rPr>
      </w:pPr>
      <w:r>
        <w:rPr>
          <w:lang w:val="it-IT"/>
        </w:rPr>
        <w:t xml:space="preserve">Che il soggetto di seguito indicato ha </w:t>
      </w:r>
      <w:r w:rsidRPr="00E81E02">
        <w:rPr>
          <w:lang w:val="it-IT"/>
        </w:rPr>
        <w:t>conferma</w:t>
      </w:r>
      <w:r>
        <w:rPr>
          <w:lang w:val="it-IT"/>
        </w:rPr>
        <w:t>to</w:t>
      </w:r>
      <w:r w:rsidRPr="00E81E02">
        <w:rPr>
          <w:lang w:val="it-IT"/>
        </w:rPr>
        <w:t xml:space="preserve"> in modo espresso, libero e consapevole la volontà irrevocabile di concludere il contratto di locazione relativo al veicolo so</w:t>
      </w:r>
      <w:r>
        <w:rPr>
          <w:lang w:val="it-IT"/>
        </w:rPr>
        <w:t>tto</w:t>
      </w:r>
      <w:r w:rsidRPr="00E81E02">
        <w:rPr>
          <w:lang w:val="it-IT"/>
        </w:rPr>
        <w:t xml:space="preserve"> descritto.</w:t>
      </w:r>
    </w:p>
    <w:p w14:paraId="7FE31D82" w14:textId="4F9964ED" w:rsidR="00C52AFD" w:rsidRDefault="00C52AFD" w:rsidP="00C52AFD">
      <w:pPr>
        <w:pStyle w:val="Paragrafoelenco"/>
        <w:numPr>
          <w:ilvl w:val="0"/>
          <w:numId w:val="14"/>
        </w:numPr>
        <w:rPr>
          <w:lang w:val="it-IT"/>
        </w:rPr>
      </w:pPr>
      <w:r w:rsidRPr="00E81E02">
        <w:rPr>
          <w:lang w:val="it-IT"/>
        </w:rPr>
        <w:t>le specifiche del mezzo, l’</w:t>
      </w:r>
      <w:r>
        <w:rPr>
          <w:lang w:val="it-IT"/>
        </w:rPr>
        <w:t xml:space="preserve">eventuale </w:t>
      </w:r>
      <w:r w:rsidRPr="00E81E02">
        <w:rPr>
          <w:lang w:val="it-IT"/>
        </w:rPr>
        <w:t>allestimento indicato e l’acconto costituiscono elementi essenziali dell’accordo.</w:t>
      </w:r>
    </w:p>
    <w:p w14:paraId="46EFF9F0" w14:textId="5266DF96" w:rsidR="00C52AFD" w:rsidRPr="00E81E02" w:rsidRDefault="0016121F" w:rsidP="00C52AFD">
      <w:pPr>
        <w:pStyle w:val="Paragrafoelenco"/>
        <w:numPr>
          <w:ilvl w:val="0"/>
          <w:numId w:val="14"/>
        </w:numPr>
        <w:rPr>
          <w:lang w:val="it-IT"/>
        </w:rPr>
      </w:pPr>
      <w:r>
        <w:rPr>
          <w:lang w:val="it-IT"/>
        </w:rPr>
        <w:t xml:space="preserve">Che entrambe le parti </w:t>
      </w:r>
      <w:r w:rsidR="00C52AFD" w:rsidRPr="00E81E02">
        <w:rPr>
          <w:lang w:val="it-IT"/>
        </w:rPr>
        <w:t>si impegnano a sottoscrivere il successivo contratto definitivo riportante le medesime condizioni essenziali qui dichiarate.</w:t>
      </w:r>
    </w:p>
    <w:p w14:paraId="5CA8CC71" w14:textId="77777777" w:rsidR="00E81E02" w:rsidRPr="00C52AFD" w:rsidRDefault="00E81E02" w:rsidP="002033B8">
      <w:pPr>
        <w:jc w:val="center"/>
        <w:rPr>
          <w:b/>
          <w:lang w:val="it-IT"/>
        </w:rPr>
      </w:pPr>
    </w:p>
    <w:p w14:paraId="4033631F" w14:textId="0C5B9EEB" w:rsidR="00C155E0" w:rsidRPr="00E81E02" w:rsidRDefault="0016121F" w:rsidP="002033B8">
      <w:pPr>
        <w:jc w:val="center"/>
        <w:rPr>
          <w:lang w:val="it-IT"/>
        </w:rPr>
      </w:pPr>
      <w:r>
        <w:rPr>
          <w:b/>
          <w:lang w:val="it-IT"/>
        </w:rPr>
        <w:t>A</w:t>
      </w:r>
      <w:r w:rsidRPr="00E81E02">
        <w:rPr>
          <w:b/>
          <w:lang w:val="it-IT"/>
        </w:rPr>
        <w:t>. DATI DEL CONDUTTORE/UTILIZZATORE</w:t>
      </w:r>
    </w:p>
    <w:p w14:paraId="5E599A37" w14:textId="1382CD1C" w:rsidR="009C0310" w:rsidRPr="00E81E02" w:rsidRDefault="009C0310">
      <w:pPr>
        <w:rPr>
          <w:lang w:val="it-IT"/>
        </w:rPr>
      </w:pPr>
      <w:r w:rsidRPr="00E81E02">
        <w:rPr>
          <w:lang w:val="it-IT"/>
        </w:rPr>
        <w:t>Ragione Sociale __________________________ con sede legale in _________ (__) via _______________ Codice fiscale ______________________ Iscritta alla CCIIAA di _____________________ Numero REA _______ del ___________ Codice Attività ___________________________ Titolare/Rappresentante Legale__________________________</w:t>
      </w:r>
    </w:p>
    <w:p w14:paraId="59052D5A" w14:textId="77777777" w:rsidR="00E81E02" w:rsidRDefault="00E81E02" w:rsidP="00E81E02">
      <w:pPr>
        <w:rPr>
          <w:bCs/>
          <w:lang w:val="it-IT"/>
        </w:rPr>
      </w:pPr>
    </w:p>
    <w:p w14:paraId="4CEA5354" w14:textId="0223B8E6" w:rsidR="00E81E02" w:rsidRPr="00E81E02" w:rsidRDefault="00E81E02" w:rsidP="00E81E02">
      <w:pPr>
        <w:rPr>
          <w:bCs/>
          <w:lang w:val="it-IT"/>
        </w:rPr>
      </w:pPr>
      <w:r w:rsidRPr="00E81E02">
        <w:rPr>
          <w:bCs/>
          <w:lang w:val="it-IT"/>
        </w:rPr>
        <w:t>In riferimento al veicolo,</w:t>
      </w:r>
      <w:r>
        <w:rPr>
          <w:bCs/>
          <w:lang w:val="it-IT"/>
        </w:rPr>
        <w:t xml:space="preserve"> ed alle condizioni di seguito riportate,</w:t>
      </w:r>
    </w:p>
    <w:p w14:paraId="3FFC3826" w14:textId="11425918" w:rsidR="00C155E0" w:rsidRPr="00E81E02" w:rsidRDefault="0016121F" w:rsidP="002033B8">
      <w:pPr>
        <w:jc w:val="center"/>
        <w:rPr>
          <w:lang w:val="it-IT"/>
        </w:rPr>
      </w:pPr>
      <w:r>
        <w:rPr>
          <w:b/>
          <w:lang w:val="it-IT"/>
        </w:rPr>
        <w:t>B</w:t>
      </w:r>
      <w:r w:rsidRPr="00E81E02">
        <w:rPr>
          <w:b/>
          <w:lang w:val="it-IT"/>
        </w:rPr>
        <w:t>. IDENTIFICAZIONE DEL VEICOLO</w:t>
      </w:r>
    </w:p>
    <w:p w14:paraId="41454721" w14:textId="60BB3A2A" w:rsidR="00C155E0" w:rsidRPr="00E81E02" w:rsidRDefault="00000000">
      <w:pPr>
        <w:rPr>
          <w:lang w:val="it-IT"/>
        </w:rPr>
      </w:pPr>
      <w:r w:rsidRPr="00E81E02">
        <w:rPr>
          <w:lang w:val="it-IT"/>
        </w:rPr>
        <w:t>Categoria veicolo: ____________________</w:t>
      </w:r>
      <w:r w:rsidR="009C0310" w:rsidRPr="00E81E02">
        <w:rPr>
          <w:lang w:val="it-IT"/>
        </w:rPr>
        <w:t xml:space="preserve"> </w:t>
      </w:r>
      <w:proofErr w:type="gramStart"/>
      <w:r w:rsidRPr="00E81E02">
        <w:rPr>
          <w:lang w:val="it-IT"/>
        </w:rPr>
        <w:t>Marca</w:t>
      </w:r>
      <w:r w:rsidR="007A2801">
        <w:rPr>
          <w:lang w:val="it-IT"/>
        </w:rPr>
        <w:t>:_</w:t>
      </w:r>
      <w:proofErr w:type="gramEnd"/>
      <w:r w:rsidR="007A2801">
        <w:rPr>
          <w:lang w:val="it-IT"/>
        </w:rPr>
        <w:t xml:space="preserve">_________ </w:t>
      </w:r>
      <w:r w:rsidRPr="00E81E02">
        <w:rPr>
          <w:lang w:val="it-IT"/>
        </w:rPr>
        <w:t>Modello: ____________________</w:t>
      </w:r>
      <w:r w:rsidR="009C0310" w:rsidRPr="00E81E02">
        <w:rPr>
          <w:lang w:val="it-IT"/>
        </w:rPr>
        <w:t xml:space="preserve"> </w:t>
      </w:r>
      <w:r w:rsidRPr="00E81E02">
        <w:rPr>
          <w:lang w:val="it-IT"/>
        </w:rPr>
        <w:t>Telaio (se disponibile): ____________________</w:t>
      </w:r>
      <w:r w:rsidR="009C0310" w:rsidRPr="00E81E02">
        <w:rPr>
          <w:lang w:val="it-IT"/>
        </w:rPr>
        <w:t xml:space="preserve"> </w:t>
      </w:r>
      <w:r w:rsidRPr="00E81E02">
        <w:rPr>
          <w:lang w:val="it-IT"/>
        </w:rPr>
        <w:t>Targa (se disponibile): ____________________</w:t>
      </w:r>
      <w:r w:rsidR="009C0310" w:rsidRPr="00E81E02">
        <w:rPr>
          <w:lang w:val="it-IT"/>
        </w:rPr>
        <w:t xml:space="preserve"> </w:t>
      </w:r>
      <w:r w:rsidRPr="00E81E02">
        <w:rPr>
          <w:lang w:val="it-IT"/>
        </w:rPr>
        <w:t>Portata/Massa: ____________________</w:t>
      </w:r>
    </w:p>
    <w:p w14:paraId="6B066E49" w14:textId="77777777" w:rsidR="00E81E02" w:rsidRDefault="00E81E02" w:rsidP="002033B8">
      <w:pPr>
        <w:jc w:val="center"/>
        <w:rPr>
          <w:b/>
          <w:lang w:val="it-IT"/>
        </w:rPr>
      </w:pPr>
    </w:p>
    <w:p w14:paraId="19C6848C" w14:textId="109FC6C5" w:rsidR="00C155E0" w:rsidRPr="00E81E02" w:rsidRDefault="0016121F" w:rsidP="002033B8">
      <w:pPr>
        <w:jc w:val="center"/>
        <w:rPr>
          <w:lang w:val="it-IT"/>
        </w:rPr>
      </w:pPr>
      <w:r>
        <w:rPr>
          <w:b/>
          <w:lang w:val="it-IT"/>
        </w:rPr>
        <w:t>C</w:t>
      </w:r>
      <w:r w:rsidRPr="00E81E02">
        <w:rPr>
          <w:b/>
          <w:lang w:val="it-IT"/>
        </w:rPr>
        <w:t xml:space="preserve"> ALLESTIMENTO RICHIESTO</w:t>
      </w:r>
      <w:r w:rsidR="001D1D64">
        <w:rPr>
          <w:b/>
          <w:lang w:val="it-IT"/>
        </w:rPr>
        <w:t>, SE DISPONIBILE</w:t>
      </w:r>
    </w:p>
    <w:p w14:paraId="412A9001" w14:textId="2050AA5D" w:rsidR="00C155E0" w:rsidRPr="00E81E02" w:rsidRDefault="00000000">
      <w:pPr>
        <w:rPr>
          <w:lang w:val="it-IT"/>
        </w:rPr>
      </w:pPr>
      <w:r w:rsidRPr="00E81E02">
        <w:rPr>
          <w:lang w:val="it-IT"/>
        </w:rPr>
        <w:t xml:space="preserve">Descrizione dettagliata </w:t>
      </w:r>
      <w:proofErr w:type="gramStart"/>
      <w:r w:rsidRPr="00E81E02">
        <w:rPr>
          <w:lang w:val="it-IT"/>
        </w:rPr>
        <w:t>allestimento:_</w:t>
      </w:r>
      <w:proofErr w:type="gramEnd"/>
      <w:r w:rsidRPr="00E81E02">
        <w:rPr>
          <w:lang w:val="it-IT"/>
        </w:rPr>
        <w:t>___________________________________________________</w:t>
      </w:r>
    </w:p>
    <w:p w14:paraId="18E35C58" w14:textId="77777777" w:rsidR="00C155E0" w:rsidRPr="00E81E02" w:rsidRDefault="00000000">
      <w:pPr>
        <w:rPr>
          <w:lang w:val="it-IT"/>
        </w:rPr>
      </w:pPr>
      <w:r w:rsidRPr="00E81E02">
        <w:rPr>
          <w:lang w:val="it-IT"/>
        </w:rPr>
        <w:t>____________________________________________________</w:t>
      </w:r>
    </w:p>
    <w:p w14:paraId="57FCAD21" w14:textId="77777777" w:rsidR="00E81E02" w:rsidRDefault="00E81E02" w:rsidP="002033B8">
      <w:pPr>
        <w:jc w:val="center"/>
        <w:rPr>
          <w:b/>
          <w:lang w:val="it-IT"/>
        </w:rPr>
      </w:pPr>
    </w:p>
    <w:p w14:paraId="655A579C" w14:textId="7D4D1444" w:rsidR="00C155E0" w:rsidRPr="00E81E02" w:rsidRDefault="0016121F" w:rsidP="002033B8">
      <w:pPr>
        <w:jc w:val="center"/>
        <w:rPr>
          <w:lang w:val="it-IT"/>
        </w:rPr>
      </w:pPr>
      <w:r>
        <w:rPr>
          <w:b/>
          <w:lang w:val="it-IT"/>
        </w:rPr>
        <w:lastRenderedPageBreak/>
        <w:t>D</w:t>
      </w:r>
      <w:r w:rsidRPr="00E81E02">
        <w:rPr>
          <w:b/>
          <w:lang w:val="it-IT"/>
        </w:rPr>
        <w:t>. CONDIZIONI</w:t>
      </w:r>
      <w:r w:rsidR="002033B8" w:rsidRPr="00E81E02">
        <w:rPr>
          <w:b/>
          <w:lang w:val="it-IT"/>
        </w:rPr>
        <w:t xml:space="preserve"> ECONOMICHE E ACCONTO</w:t>
      </w:r>
    </w:p>
    <w:p w14:paraId="0A6D2D78" w14:textId="7551BEEB" w:rsidR="00C155E0" w:rsidRPr="00E81E02" w:rsidRDefault="00000000">
      <w:pPr>
        <w:rPr>
          <w:lang w:val="it-IT"/>
        </w:rPr>
      </w:pPr>
      <w:r w:rsidRPr="00E81E02">
        <w:rPr>
          <w:lang w:val="it-IT"/>
        </w:rPr>
        <w:t>Importo acconto</w:t>
      </w:r>
      <w:r w:rsidR="0016121F">
        <w:rPr>
          <w:lang w:val="it-IT"/>
        </w:rPr>
        <w:t xml:space="preserve"> minimo</w:t>
      </w:r>
      <w:r w:rsidRPr="00E81E02">
        <w:rPr>
          <w:lang w:val="it-IT"/>
        </w:rPr>
        <w:t>: € ____________________</w:t>
      </w:r>
      <w:r w:rsidR="0016121F">
        <w:rPr>
          <w:lang w:val="it-IT"/>
        </w:rPr>
        <w:t>_____</w:t>
      </w:r>
      <w:r w:rsidR="002033B8" w:rsidRPr="00E81E02">
        <w:rPr>
          <w:lang w:val="it-IT"/>
        </w:rPr>
        <w:t xml:space="preserve"> </w:t>
      </w:r>
      <w:r w:rsidR="0016121F">
        <w:rPr>
          <w:lang w:val="it-IT"/>
        </w:rPr>
        <w:t xml:space="preserve">    o       % ____________________________</w:t>
      </w:r>
    </w:p>
    <w:p w14:paraId="18344A62" w14:textId="77777777" w:rsidR="00E81E02" w:rsidRDefault="00E81E02" w:rsidP="002033B8">
      <w:pPr>
        <w:rPr>
          <w:lang w:val="it-IT"/>
        </w:rPr>
      </w:pPr>
    </w:p>
    <w:p w14:paraId="19D64747" w14:textId="5D8133EC" w:rsidR="002033B8" w:rsidRPr="00E81E02" w:rsidRDefault="002033B8" w:rsidP="002033B8">
      <w:pPr>
        <w:rPr>
          <w:lang w:val="it-IT"/>
        </w:rPr>
      </w:pPr>
      <w:r w:rsidRPr="00E81E02">
        <w:rPr>
          <w:lang w:val="it-IT"/>
        </w:rPr>
        <w:t>consapevol</w:t>
      </w:r>
      <w:r w:rsidR="0016121F">
        <w:rPr>
          <w:lang w:val="it-IT"/>
        </w:rPr>
        <w:t>e</w:t>
      </w:r>
      <w:r w:rsidRPr="00E81E02">
        <w:rPr>
          <w:lang w:val="it-IT"/>
        </w:rPr>
        <w:t xml:space="preserve"> delle sanzioni penali nel caso di dichiarazioni non veritiere, di formazione o uso di atti falsi richiamate dall’art. 76 del D.P.R. 445 del 28 dicembre 2000.</w:t>
      </w:r>
    </w:p>
    <w:p w14:paraId="3EFA6414" w14:textId="77777777" w:rsidR="002033B8" w:rsidRDefault="00000000">
      <w:r w:rsidRPr="00E81E02">
        <w:rPr>
          <w:lang w:val="it-IT"/>
        </w:rPr>
        <w:br/>
      </w:r>
      <w:proofErr w:type="spellStart"/>
      <w:r>
        <w:t>Luogo</w:t>
      </w:r>
      <w:proofErr w:type="spellEnd"/>
      <w:r>
        <w:t xml:space="preserve">: ____________________    </w:t>
      </w:r>
    </w:p>
    <w:p w14:paraId="7061BF1A" w14:textId="2DFC3141" w:rsidR="00C155E0" w:rsidRDefault="00000000">
      <w:r>
        <w:t>Data: ___</w:t>
      </w:r>
      <w:proofErr w:type="gramStart"/>
      <w:r>
        <w:t>_/____/</w:t>
      </w:r>
      <w:proofErr w:type="gramEnd"/>
      <w:r>
        <w:t>________</w:t>
      </w:r>
    </w:p>
    <w:p w14:paraId="39C40F56" w14:textId="77777777" w:rsidR="0016121F" w:rsidRDefault="0016121F"/>
    <w:tbl>
      <w:tblPr>
        <w:tblW w:w="0" w:type="auto"/>
        <w:tblLook w:val="04A0" w:firstRow="1" w:lastRow="0" w:firstColumn="1" w:lastColumn="0" w:noHBand="0" w:noVBand="1"/>
      </w:tblPr>
      <w:tblGrid>
        <w:gridCol w:w="4320"/>
      </w:tblGrid>
      <w:tr w:rsidR="0016121F" w14:paraId="0CFEAB1D" w14:textId="77777777">
        <w:tc>
          <w:tcPr>
            <w:tcW w:w="4320" w:type="dxa"/>
          </w:tcPr>
          <w:p w14:paraId="0CEE102C" w14:textId="77777777" w:rsidR="0016121F" w:rsidRDefault="0016121F">
            <w:r>
              <w:t>LOCATORE / CONCEDENTE/CONCESSIONARIO</w:t>
            </w:r>
            <w:r>
              <w:br/>
            </w:r>
          </w:p>
          <w:p w14:paraId="70ED4606" w14:textId="23EF18EA" w:rsidR="0016121F" w:rsidRDefault="0016121F">
            <w:r>
              <w:br/>
              <w:t>Firma: ____________________</w:t>
            </w:r>
          </w:p>
        </w:tc>
      </w:tr>
      <w:tr w:rsidR="0016121F" w14:paraId="4E874929" w14:textId="77777777">
        <w:tc>
          <w:tcPr>
            <w:tcW w:w="4320" w:type="dxa"/>
          </w:tcPr>
          <w:p w14:paraId="116C4E04" w14:textId="77777777" w:rsidR="0016121F" w:rsidRDefault="0016121F"/>
          <w:p w14:paraId="20F73F9E" w14:textId="77777777" w:rsidR="0016121F" w:rsidRDefault="0016121F"/>
        </w:tc>
      </w:tr>
    </w:tbl>
    <w:p w14:paraId="370E926C" w14:textId="77777777" w:rsidR="00004B5E" w:rsidRDefault="00004B5E"/>
    <w:sectPr w:rsidR="00004B5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4C085F"/>
    <w:multiLevelType w:val="hybridMultilevel"/>
    <w:tmpl w:val="8D546C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4A3A1A"/>
    <w:multiLevelType w:val="hybridMultilevel"/>
    <w:tmpl w:val="24D45D0A"/>
    <w:lvl w:ilvl="0" w:tplc="3592B1B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14179"/>
    <w:multiLevelType w:val="hybridMultilevel"/>
    <w:tmpl w:val="5272755E"/>
    <w:lvl w:ilvl="0" w:tplc="6EEE1C9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7201AF"/>
    <w:multiLevelType w:val="hybridMultilevel"/>
    <w:tmpl w:val="7B4EF42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4A3F3E"/>
    <w:multiLevelType w:val="hybridMultilevel"/>
    <w:tmpl w:val="6C60350E"/>
    <w:lvl w:ilvl="0" w:tplc="D31C829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699526">
    <w:abstractNumId w:val="8"/>
  </w:num>
  <w:num w:numId="2" w16cid:durableId="1146164812">
    <w:abstractNumId w:val="6"/>
  </w:num>
  <w:num w:numId="3" w16cid:durableId="34240328">
    <w:abstractNumId w:val="5"/>
  </w:num>
  <w:num w:numId="4" w16cid:durableId="730035462">
    <w:abstractNumId w:val="4"/>
  </w:num>
  <w:num w:numId="5" w16cid:durableId="275452083">
    <w:abstractNumId w:val="7"/>
  </w:num>
  <w:num w:numId="6" w16cid:durableId="479003422">
    <w:abstractNumId w:val="3"/>
  </w:num>
  <w:num w:numId="7" w16cid:durableId="1048795990">
    <w:abstractNumId w:val="2"/>
  </w:num>
  <w:num w:numId="8" w16cid:durableId="1420564878">
    <w:abstractNumId w:val="1"/>
  </w:num>
  <w:num w:numId="9" w16cid:durableId="1122184852">
    <w:abstractNumId w:val="0"/>
  </w:num>
  <w:num w:numId="10" w16cid:durableId="1166943631">
    <w:abstractNumId w:val="10"/>
  </w:num>
  <w:num w:numId="11" w16cid:durableId="1547911960">
    <w:abstractNumId w:val="11"/>
  </w:num>
  <w:num w:numId="12" w16cid:durableId="1221598101">
    <w:abstractNumId w:val="13"/>
  </w:num>
  <w:num w:numId="13" w16cid:durableId="1414083274">
    <w:abstractNumId w:val="12"/>
  </w:num>
  <w:num w:numId="14" w16cid:durableId="1650219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B5E"/>
    <w:rsid w:val="00034616"/>
    <w:rsid w:val="0006063C"/>
    <w:rsid w:val="000F2AC0"/>
    <w:rsid w:val="0015074B"/>
    <w:rsid w:val="0016121F"/>
    <w:rsid w:val="001A3B87"/>
    <w:rsid w:val="001D1D64"/>
    <w:rsid w:val="002033B8"/>
    <w:rsid w:val="0029639D"/>
    <w:rsid w:val="00326F90"/>
    <w:rsid w:val="004C3147"/>
    <w:rsid w:val="007A2801"/>
    <w:rsid w:val="009B1A6C"/>
    <w:rsid w:val="009C0310"/>
    <w:rsid w:val="009D5DEF"/>
    <w:rsid w:val="00AA1D8D"/>
    <w:rsid w:val="00B47730"/>
    <w:rsid w:val="00C155E0"/>
    <w:rsid w:val="00C52AFD"/>
    <w:rsid w:val="00CB0664"/>
    <w:rsid w:val="00D648AD"/>
    <w:rsid w:val="00E81E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D36381"/>
  <w14:defaultImageDpi w14:val="300"/>
  <w15:docId w15:val="{10A8A9FC-E156-45B5-8138-9031C589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e">
    <w:name w:val="Revision"/>
    <w:hidden/>
    <w:uiPriority w:val="99"/>
    <w:semiHidden/>
    <w:rsid w:val="00C52A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Zottola Martina</dc:creator>
  <cp:keywords/>
  <dc:description>generated by python-docx</dc:description>
  <cp:lastModifiedBy>D'alesio Dario</cp:lastModifiedBy>
  <cp:revision>2</cp:revision>
  <dcterms:created xsi:type="dcterms:W3CDTF">2026-07-29T08:57:00Z</dcterms:created>
  <dcterms:modified xsi:type="dcterms:W3CDTF">2026-07-29T08:57:00Z</dcterms:modified>
  <cp:category/>
</cp:coreProperties>
</file>